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5D15" w14:textId="246B287D" w:rsidR="00C12207" w:rsidRDefault="007853FB">
      <w:pPr>
        <w:pStyle w:val="Nagwek1"/>
      </w:pPr>
      <w:r>
        <w:t>FORMULARZ ZGŁOSZENIOWY UCZESTNIKA</w:t>
      </w:r>
      <w:r w:rsidR="007D398D">
        <w:t xml:space="preserve"> </w:t>
      </w:r>
    </w:p>
    <w:p w14:paraId="0C1DB969" w14:textId="77777777" w:rsidR="00C12207" w:rsidRDefault="007853FB">
      <w:pPr>
        <w:jc w:val="center"/>
        <w:rPr>
          <w:rFonts w:hint="eastAsia"/>
        </w:rPr>
      </w:pPr>
      <w:proofErr w:type="spellStart"/>
      <w:r>
        <w:rPr>
          <w:b/>
        </w:rPr>
        <w:t>Szkolenie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Budowanie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zespołów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badawczych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środowisku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międzynarodowym</w:t>
      </w:r>
      <w:proofErr w:type="spellEnd"/>
      <w:r>
        <w:rPr>
          <w:b/>
        </w:rPr>
        <w:t>”</w:t>
      </w:r>
      <w:r>
        <w:rPr>
          <w:b/>
        </w:rPr>
        <w:br/>
        <w:t>29–30.09.2026 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048"/>
      </w:tblGrid>
      <w:tr w:rsidR="00C12207" w14:paraId="1B5CED31" w14:textId="77777777">
        <w:trPr>
          <w:cantSplit/>
          <w:tblHeader/>
          <w:jc w:val="center"/>
        </w:trPr>
        <w:tc>
          <w:tcPr>
            <w:tcW w:w="3168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5EAF42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Dane kandydata</w:t>
            </w:r>
          </w:p>
        </w:tc>
        <w:tc>
          <w:tcPr>
            <w:tcW w:w="6048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766712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Informacja</w:t>
            </w:r>
          </w:p>
        </w:tc>
      </w:tr>
      <w:tr w:rsidR="00C12207" w14:paraId="30AA3CEB" w14:textId="77777777">
        <w:trPr>
          <w:cantSplit/>
          <w:jc w:val="center"/>
        </w:trPr>
        <w:tc>
          <w:tcPr>
            <w:tcW w:w="31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04277F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Imię i nazwisko</w:t>
            </w:r>
          </w:p>
        </w:tc>
        <w:tc>
          <w:tcPr>
            <w:tcW w:w="60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6C23E7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</w:p>
        </w:tc>
      </w:tr>
      <w:tr w:rsidR="00C12207" w14:paraId="4F44EBB6" w14:textId="77777777">
        <w:trPr>
          <w:cantSplit/>
          <w:jc w:val="center"/>
        </w:trPr>
        <w:tc>
          <w:tcPr>
            <w:tcW w:w="31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EFE1B6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Jednostka organizacyjna UZ</w:t>
            </w:r>
          </w:p>
        </w:tc>
        <w:tc>
          <w:tcPr>
            <w:tcW w:w="60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B2AA88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</w:p>
        </w:tc>
      </w:tr>
      <w:tr w:rsidR="00C12207" w14:paraId="738B1661" w14:textId="77777777">
        <w:trPr>
          <w:cantSplit/>
          <w:jc w:val="center"/>
        </w:trPr>
        <w:tc>
          <w:tcPr>
            <w:tcW w:w="31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1389D3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Stanowisko</w:t>
            </w:r>
          </w:p>
        </w:tc>
        <w:tc>
          <w:tcPr>
            <w:tcW w:w="60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9B1BEC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</w:p>
        </w:tc>
      </w:tr>
      <w:tr w:rsidR="00C12207" w14:paraId="3C192F20" w14:textId="77777777">
        <w:trPr>
          <w:cantSplit/>
          <w:jc w:val="center"/>
        </w:trPr>
        <w:tc>
          <w:tcPr>
            <w:tcW w:w="31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E68BCA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Służbowy adres e-mail</w:t>
            </w:r>
          </w:p>
        </w:tc>
        <w:tc>
          <w:tcPr>
            <w:tcW w:w="60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8D844C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</w:p>
        </w:tc>
      </w:tr>
      <w:tr w:rsidR="00C12207" w14:paraId="70D8548F" w14:textId="77777777">
        <w:trPr>
          <w:cantSplit/>
          <w:jc w:val="center"/>
        </w:trPr>
        <w:tc>
          <w:tcPr>
            <w:tcW w:w="31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31BE76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Telefon kontaktowy</w:t>
            </w:r>
          </w:p>
        </w:tc>
        <w:tc>
          <w:tcPr>
            <w:tcW w:w="60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64748E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</w:p>
        </w:tc>
      </w:tr>
    </w:tbl>
    <w:p w14:paraId="3630DE26" w14:textId="77777777" w:rsidR="00C12207" w:rsidRDefault="007853FB">
      <w:pPr>
        <w:pStyle w:val="Nagwek2"/>
      </w:pPr>
      <w:r>
        <w:t>A. Informacje dotyczące kwalifikacji</w:t>
      </w:r>
    </w:p>
    <w:p w14:paraId="0BC71660" w14:textId="77777777" w:rsidR="00C12207" w:rsidRDefault="007853FB">
      <w:pPr>
        <w:rPr>
          <w:rFonts w:hint="eastAsia"/>
        </w:rPr>
      </w:pPr>
      <w:r>
        <w:t>1. Czy jest Pani/Pan pracownikiem Uniwersytetu Zielonogórskiego?    ☐ TAK    ☐ NIE</w:t>
      </w:r>
    </w:p>
    <w:p w14:paraId="6FB207AF" w14:textId="77777777" w:rsidR="00C12207" w:rsidRDefault="007853FB">
      <w:pPr>
        <w:rPr>
          <w:rFonts w:hint="eastAsia"/>
        </w:rPr>
      </w:pPr>
      <w:r>
        <w:t>2. Czy wykonywane obowiązki obejmują współpracę naukową, gospodarczą lub międzynarodową?    ☐ TAK    ☐ NIE</w:t>
      </w:r>
    </w:p>
    <w:p w14:paraId="1BDDC83A" w14:textId="77777777" w:rsidR="00C12207" w:rsidRDefault="007853FB">
      <w:pPr>
        <w:rPr>
          <w:rFonts w:hint="eastAsia"/>
        </w:rPr>
      </w:pPr>
      <w:r>
        <w:t>3. Czy jest Pani/Pan zaangażowana/y w przygotowanie lub realizację projektów naukowych/badawczych?    ☐ TAK    ☐ NIE</w:t>
      </w:r>
    </w:p>
    <w:p w14:paraId="26571218" w14:textId="77777777" w:rsidR="00C12207" w:rsidRDefault="007853FB">
      <w:pPr>
        <w:rPr>
          <w:rFonts w:hint="eastAsia"/>
        </w:rPr>
      </w:pPr>
      <w:r>
        <w:t>4. Czy w wykonywanej pracy wspiera Pani/Pan naukowców, zespoły badawcze lub współpracę z partnerami krajowymi/zagranicznymi?    ☐ TAK    ☐ NIE</w:t>
      </w:r>
    </w:p>
    <w:p w14:paraId="755DDEF5" w14:textId="77777777" w:rsidR="00C12207" w:rsidRDefault="007853FB">
      <w:pPr>
        <w:rPr>
          <w:rFonts w:hint="eastAsia"/>
        </w:rPr>
      </w:pPr>
      <w:r>
        <w:t>5. Czy deklaruje Pani/Pan udział w pełnym wymiarze szkolenia (2 dni × 6 godzin)?    ☐ TAK    ☐ NIE</w:t>
      </w:r>
    </w:p>
    <w:p w14:paraId="2D3F5EB5" w14:textId="77777777" w:rsidR="00C12207" w:rsidRDefault="007853FB">
      <w:pPr>
        <w:rPr>
          <w:rFonts w:hint="eastAsia"/>
        </w:rPr>
      </w:pPr>
      <w:r>
        <w:t>6. Czy wyraża Pani/Pan zgodę na udział w pre-teście i post-teście służących do bilansu kompetencji?    ☐ TAK    ☐ NIE</w:t>
      </w:r>
    </w:p>
    <w:p w14:paraId="73210969" w14:textId="77777777" w:rsidR="00C12207" w:rsidRDefault="007853FB">
      <w:pPr>
        <w:pStyle w:val="Nagwek2"/>
      </w:pPr>
      <w:r>
        <w:t>B. Uzasadnienie potrzeby udziału w szkoleniu</w:t>
      </w:r>
    </w:p>
    <w:p w14:paraId="5573022C" w14:textId="77777777" w:rsidR="00C12207" w:rsidRDefault="007853FB">
      <w:pPr>
        <w:rPr>
          <w:rFonts w:hint="eastAsia"/>
        </w:rPr>
      </w:pPr>
      <w:r>
        <w:t>Proszę krótko opisać, w jaki sposób tematyka szkolenia wiąże się z wykonywanymi zadaniami oraz jak planuje Pani/Pan wykorzystać nabyte kompetencje:</w:t>
      </w:r>
    </w:p>
    <w:p w14:paraId="382723BB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50929D4A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23A9105A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27E518D3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1AF61F1C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6F144172" w14:textId="77777777" w:rsidR="00C12207" w:rsidRDefault="007853FB">
      <w:pPr>
        <w:pStyle w:val="Nagwek2"/>
      </w:pPr>
      <w:r>
        <w:lastRenderedPageBreak/>
        <w:t>C. Doświadczenie i możliwość wykorzystania kompetencji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5903"/>
      </w:tblGrid>
      <w:tr w:rsidR="00C12207" w14:paraId="4DD449E7" w14:textId="77777777">
        <w:trPr>
          <w:cantSplit/>
          <w:tblHeader/>
          <w:jc w:val="center"/>
        </w:trPr>
        <w:tc>
          <w:tcPr>
            <w:tcW w:w="331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1FAF2B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Obszar</w:t>
            </w:r>
          </w:p>
        </w:tc>
        <w:tc>
          <w:tcPr>
            <w:tcW w:w="5903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8FEF19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Opis kandydata</w:t>
            </w:r>
          </w:p>
        </w:tc>
      </w:tr>
      <w:tr w:rsidR="00C12207" w14:paraId="79D17B26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24091E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Zaangażowanie we współpracę międzynarodową</w:t>
            </w:r>
          </w:p>
        </w:tc>
        <w:tc>
          <w:tcPr>
            <w:tcW w:w="59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7EBACF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C12207" w14:paraId="38136C1E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6E6CD8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Udział w projektach naukowych/badawczych</w:t>
            </w:r>
          </w:p>
        </w:tc>
        <w:tc>
          <w:tcPr>
            <w:tcW w:w="59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52870A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C12207" w14:paraId="612FAEA5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277A70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Wsparcie naukowców lub zespołów badawczych</w:t>
            </w:r>
          </w:p>
        </w:tc>
        <w:tc>
          <w:tcPr>
            <w:tcW w:w="59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90F5B9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  <w:tr w:rsidR="00C12207" w14:paraId="6D088BBF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4BD444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Planowane wykorzystanie wiedzy po szkoleniu</w:t>
            </w:r>
          </w:p>
        </w:tc>
        <w:tc>
          <w:tcPr>
            <w:tcW w:w="59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1B3D39" w14:textId="77777777" w:rsidR="00C12207" w:rsidRDefault="007853FB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</w:p>
        </w:tc>
      </w:tr>
    </w:tbl>
    <w:p w14:paraId="7BE608A2" w14:textId="77777777" w:rsidR="00C12207" w:rsidRDefault="007853FB">
      <w:pPr>
        <w:pStyle w:val="Nagwek2"/>
      </w:pPr>
      <w:r>
        <w:t>D. Potrzeby w zakresie dostępności</w:t>
      </w:r>
    </w:p>
    <w:p w14:paraId="42E61E92" w14:textId="77777777" w:rsidR="00C12207" w:rsidRDefault="007853FB">
      <w:pPr>
        <w:rPr>
          <w:rFonts w:hint="eastAsia"/>
        </w:rPr>
      </w:pPr>
      <w:r>
        <w:t>Czy w związku z udziałem w szkoleniu potrzebuje Pani/Pan zapewnienia szczególnych warunków lub dostosowań?    ☐ NIE    ☐ TAK</w:t>
      </w:r>
    </w:p>
    <w:p w14:paraId="112F9A4A" w14:textId="77777777" w:rsidR="00C12207" w:rsidRDefault="007853FB">
      <w:pPr>
        <w:rPr>
          <w:rFonts w:hint="eastAsia"/>
        </w:rPr>
      </w:pPr>
      <w:r>
        <w:t>Jeśli TAK, proszę wskazać zakres potrzeb:</w:t>
      </w:r>
    </w:p>
    <w:p w14:paraId="6A3EB4CA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02AA9429" w14:textId="77777777" w:rsidR="00C12207" w:rsidRDefault="007853FB">
      <w:pPr>
        <w:rPr>
          <w:rFonts w:hint="eastAsia"/>
        </w:rPr>
      </w:pPr>
      <w:r>
        <w:t>____________________________________________________________________________________________________</w:t>
      </w:r>
    </w:p>
    <w:p w14:paraId="65029626" w14:textId="77777777" w:rsidR="00C12207" w:rsidRDefault="007853FB">
      <w:pPr>
        <w:pStyle w:val="Nagwek2"/>
      </w:pPr>
      <w:r>
        <w:t>E. Oświadczenie</w:t>
      </w:r>
    </w:p>
    <w:p w14:paraId="2F4724EC" w14:textId="77777777" w:rsidR="00C12207" w:rsidRDefault="007853FB">
      <w:pPr>
        <w:rPr>
          <w:rFonts w:hint="eastAsia"/>
        </w:rPr>
      </w:pPr>
      <w:r>
        <w:t>Oświadczam, że podane przeze mnie informacje są zgodne z prawdą. Zapoznałam/em się z Regulaminem rekrutacji uczestników i akceptuję jego postanowienia. Przyjmuję do wiadomości, że złożenie formularza nie jest równoznaczne z zakwalifikowaniem do udziału w szkoleniu.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7"/>
        <w:gridCol w:w="4997"/>
      </w:tblGrid>
      <w:tr w:rsidR="00C12207" w14:paraId="600B5A10" w14:textId="77777777">
        <w:trPr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760388A" w14:textId="77777777" w:rsidR="00C12207" w:rsidRDefault="007853FB">
            <w:pPr>
              <w:rPr>
                <w:rFonts w:hint="eastAsia"/>
              </w:rPr>
            </w:pPr>
            <w:r>
              <w:br/>
            </w:r>
            <w:r>
              <w:br/>
              <w:t>................................................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2165F8ED" w14:textId="77777777" w:rsidR="00C12207" w:rsidRDefault="007853FB">
            <w:pPr>
              <w:rPr>
                <w:rFonts w:hint="eastAsia"/>
              </w:rPr>
            </w:pPr>
            <w:r>
              <w:br/>
            </w:r>
            <w:r>
              <w:br/>
              <w:t>................................................</w:t>
            </w:r>
          </w:p>
        </w:tc>
      </w:tr>
      <w:tr w:rsidR="00C12207" w14:paraId="54757DDC" w14:textId="77777777">
        <w:trPr>
          <w:jc w:val="center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14:paraId="2E8AF9F8" w14:textId="77777777" w:rsidR="00C12207" w:rsidRDefault="007853FB">
            <w:pPr>
              <w:jc w:val="center"/>
              <w:rPr>
                <w:rFonts w:hint="eastAsia"/>
              </w:rPr>
            </w:pPr>
            <w:r>
              <w:t>miejscowość i data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14:paraId="24A476FD" w14:textId="77777777" w:rsidR="00C12207" w:rsidRDefault="007853FB">
            <w:pPr>
              <w:jc w:val="center"/>
              <w:rPr>
                <w:rFonts w:hint="eastAsia"/>
              </w:rPr>
            </w:pPr>
            <w:r>
              <w:t>czytelny podpis kandydata</w:t>
            </w:r>
          </w:p>
        </w:tc>
      </w:tr>
    </w:tbl>
    <w:p w14:paraId="171B2B00" w14:textId="11052005" w:rsidR="00C12207" w:rsidRDefault="00C12207" w:rsidP="007D398D">
      <w:pPr>
        <w:rPr>
          <w:rFonts w:hint="eastAsia"/>
        </w:rPr>
      </w:pPr>
    </w:p>
    <w:sectPr w:rsidR="00C12207" w:rsidSect="00034616">
      <w:headerReference w:type="default" r:id="rId8"/>
      <w:footerReference w:type="default" r:id="rId9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79AB" w14:textId="77777777" w:rsidR="00E732ED" w:rsidRDefault="00E732ED" w:rsidP="007D398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394E451" w14:textId="77777777" w:rsidR="00E732ED" w:rsidRDefault="00E732ED" w:rsidP="007D398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9A7C" w14:textId="519839F1" w:rsidR="00702AFA" w:rsidRDefault="00702AFA" w:rsidP="00702AFA">
    <w:pPr>
      <w:pStyle w:val="Stopka"/>
      <w:rPr>
        <w:rFonts w:ascii="Calibri" w:hAnsi="Times New Roman"/>
        <w:color w:val="000000"/>
        <w:sz w:val="18"/>
        <w:szCs w:val="18"/>
      </w:rPr>
    </w:pPr>
    <w:proofErr w:type="spellStart"/>
    <w:r>
      <w:rPr>
        <w:sz w:val="18"/>
        <w:szCs w:val="18"/>
      </w:rPr>
      <w:t>Projekt</w:t>
    </w:r>
    <w:proofErr w:type="spellEnd"/>
    <w:r>
      <w:rPr>
        <w:sz w:val="18"/>
        <w:szCs w:val="18"/>
      </w:rPr>
      <w:t xml:space="preserve"> „</w:t>
    </w:r>
    <w:proofErr w:type="spellStart"/>
    <w:r>
      <w:rPr>
        <w:sz w:val="18"/>
        <w:szCs w:val="18"/>
      </w:rPr>
      <w:t>Lubuska</w:t>
    </w:r>
    <w:proofErr w:type="spellEnd"/>
    <w:r>
      <w:rPr>
        <w:sz w:val="18"/>
        <w:szCs w:val="18"/>
      </w:rPr>
      <w:t xml:space="preserve"> NAWA-EXEURAXESS: </w:t>
    </w:r>
    <w:proofErr w:type="spellStart"/>
    <w:r>
      <w:rPr>
        <w:sz w:val="18"/>
        <w:szCs w:val="18"/>
      </w:rPr>
      <w:t>wspieranie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mobilności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naukowców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i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podnoszenie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konkurencyjności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nauki</w:t>
    </w:r>
    <w:proofErr w:type="spellEnd"/>
    <w:r>
      <w:rPr>
        <w:sz w:val="18"/>
        <w:szCs w:val="18"/>
      </w:rPr>
      <w:t xml:space="preserve"> w </w:t>
    </w:r>
    <w:proofErr w:type="spellStart"/>
    <w:r>
      <w:rPr>
        <w:sz w:val="18"/>
        <w:szCs w:val="18"/>
      </w:rPr>
      <w:t>lubuskim</w:t>
    </w:r>
    <w:proofErr w:type="spellEnd"/>
    <w:r>
      <w:rPr>
        <w:sz w:val="18"/>
        <w:szCs w:val="18"/>
      </w:rPr>
      <w:t xml:space="preserve"> (LUB-NEX)” nr BPI/EUR/2024/1/00012/U/00001 </w:t>
    </w:r>
    <w:proofErr w:type="spellStart"/>
    <w:r>
      <w:rPr>
        <w:rFonts w:ascii="Calibri"/>
        <w:color w:val="000000"/>
        <w:sz w:val="18"/>
        <w:szCs w:val="18"/>
      </w:rPr>
      <w:t>realizowany</w:t>
    </w:r>
    <w:proofErr w:type="spellEnd"/>
    <w:r>
      <w:rPr>
        <w:rFonts w:ascii="Calibri"/>
        <w:color w:val="000000"/>
        <w:spacing w:val="1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przez</w:t>
    </w:r>
    <w:proofErr w:type="spellEnd"/>
    <w:r>
      <w:rPr>
        <w:rFonts w:ascii="Calibri"/>
        <w:color w:val="000000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Uniwersytet</w:t>
    </w:r>
    <w:proofErr w:type="spellEnd"/>
    <w:r>
      <w:rPr>
        <w:rFonts w:ascii="Calibri"/>
        <w:color w:val="000000"/>
        <w:spacing w:val="-2"/>
        <w:sz w:val="18"/>
        <w:szCs w:val="18"/>
      </w:rPr>
      <w:t xml:space="preserve"> </w:t>
    </w:r>
    <w:proofErr w:type="spellStart"/>
    <w:r>
      <w:rPr>
        <w:rFonts w:ascii="Calibri" w:hAnsi="Calibri" w:cs="Calibri"/>
        <w:color w:val="000000"/>
        <w:sz w:val="18"/>
        <w:szCs w:val="18"/>
      </w:rPr>
      <w:t>Zielonogórski</w:t>
    </w:r>
    <w:proofErr w:type="spellEnd"/>
    <w:r>
      <w:rPr>
        <w:rFonts w:ascii="Calibri"/>
        <w:color w:val="000000"/>
        <w:spacing w:val="-2"/>
        <w:sz w:val="18"/>
        <w:szCs w:val="18"/>
      </w:rPr>
      <w:t xml:space="preserve"> </w:t>
    </w:r>
    <w:r>
      <w:rPr>
        <w:rFonts w:ascii="Calibri"/>
        <w:color w:val="000000"/>
        <w:sz w:val="18"/>
        <w:szCs w:val="18"/>
      </w:rPr>
      <w:t>w</w:t>
    </w:r>
    <w:r>
      <w:rPr>
        <w:rFonts w:ascii="Calibri"/>
        <w:color w:val="000000"/>
        <w:spacing w:val="2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ramach</w:t>
    </w:r>
    <w:proofErr w:type="spellEnd"/>
    <w:r>
      <w:rPr>
        <w:rFonts w:ascii="Calibri"/>
        <w:color w:val="000000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programu</w:t>
    </w:r>
    <w:proofErr w:type="spellEnd"/>
    <w:r>
      <w:rPr>
        <w:rFonts w:ascii="Calibri"/>
        <w:color w:val="000000"/>
        <w:spacing w:val="-3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Sie</w:t>
    </w:r>
    <w:r>
      <w:rPr>
        <w:rFonts w:ascii="Calibri"/>
        <w:color w:val="000000"/>
        <w:sz w:val="18"/>
        <w:szCs w:val="18"/>
      </w:rPr>
      <w:t>ć</w:t>
    </w:r>
    <w:proofErr w:type="spellEnd"/>
    <w:r>
      <w:rPr>
        <w:rFonts w:ascii="Calibri"/>
        <w:color w:val="000000"/>
        <w:sz w:val="18"/>
        <w:szCs w:val="18"/>
      </w:rPr>
      <w:t xml:space="preserve"> NAWA-EURAXESS </w:t>
    </w:r>
    <w:r>
      <w:rPr>
        <w:rFonts w:ascii="Calibri" w:hAnsi="Calibri" w:cs="Calibri"/>
        <w:color w:val="000000"/>
        <w:sz w:val="18"/>
        <w:szCs w:val="18"/>
      </w:rPr>
      <w:t>–</w:t>
    </w:r>
    <w:r>
      <w:rPr>
        <w:rFonts w:ascii="Calibri"/>
        <w:color w:val="000000"/>
        <w:spacing w:val="-1"/>
        <w:sz w:val="18"/>
        <w:szCs w:val="18"/>
      </w:rPr>
      <w:t xml:space="preserve"> </w:t>
    </w:r>
    <w:proofErr w:type="spellStart"/>
    <w:r>
      <w:rPr>
        <w:rFonts w:ascii="Calibri" w:hAnsi="Calibri" w:cs="Calibri"/>
        <w:color w:val="000000"/>
        <w:sz w:val="18"/>
        <w:szCs w:val="18"/>
      </w:rPr>
      <w:t>nabór</w:t>
    </w:r>
    <w:proofErr w:type="spellEnd"/>
    <w:r>
      <w:rPr>
        <w:rFonts w:ascii="Calibri"/>
        <w:color w:val="000000"/>
        <w:spacing w:val="-2"/>
        <w:sz w:val="18"/>
        <w:szCs w:val="18"/>
      </w:rPr>
      <w:t xml:space="preserve"> </w:t>
    </w:r>
    <w:r>
      <w:rPr>
        <w:rFonts w:ascii="Calibri"/>
        <w:color w:val="000000"/>
        <w:sz w:val="18"/>
        <w:szCs w:val="18"/>
      </w:rPr>
      <w:t xml:space="preserve">2024 </w:t>
    </w:r>
    <w:proofErr w:type="spellStart"/>
    <w:r>
      <w:rPr>
        <w:rFonts w:ascii="Calibri" w:hAnsi="Calibri" w:cs="Calibri"/>
        <w:color w:val="000000"/>
        <w:sz w:val="18"/>
        <w:szCs w:val="18"/>
      </w:rPr>
      <w:t>współfinansowany</w:t>
    </w:r>
    <w:proofErr w:type="spellEnd"/>
    <w:r>
      <w:rPr>
        <w:rFonts w:ascii="Calibri"/>
        <w:color w:val="000000"/>
        <w:spacing w:val="1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ze</w:t>
    </w:r>
    <w:proofErr w:type="spellEnd"/>
    <w:r>
      <w:rPr>
        <w:rFonts w:ascii="Calibri"/>
        <w:color w:val="000000"/>
        <w:spacing w:val="-2"/>
        <w:sz w:val="18"/>
        <w:szCs w:val="18"/>
      </w:rPr>
      <w:t xml:space="preserve"> </w:t>
    </w:r>
    <w:proofErr w:type="spellStart"/>
    <w:r>
      <w:rPr>
        <w:rFonts w:ascii="Calibri" w:hAnsi="Calibri" w:cs="Calibri"/>
        <w:color w:val="000000"/>
        <w:sz w:val="18"/>
        <w:szCs w:val="18"/>
      </w:rPr>
      <w:t>środków</w:t>
    </w:r>
    <w:proofErr w:type="spellEnd"/>
    <w:r>
      <w:rPr>
        <w:rFonts w:ascii="Calibri"/>
        <w:color w:val="000000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Unii</w:t>
    </w:r>
    <w:proofErr w:type="spellEnd"/>
    <w:r>
      <w:rPr>
        <w:rFonts w:ascii="Calibri"/>
        <w:color w:val="000000"/>
        <w:sz w:val="18"/>
        <w:szCs w:val="18"/>
      </w:rPr>
      <w:t xml:space="preserve"> </w:t>
    </w:r>
    <w:proofErr w:type="spellStart"/>
    <w:r>
      <w:rPr>
        <w:rFonts w:ascii="Calibri"/>
        <w:color w:val="000000"/>
        <w:sz w:val="18"/>
        <w:szCs w:val="18"/>
      </w:rPr>
      <w:t>Europejskiej</w:t>
    </w:r>
    <w:proofErr w:type="spellEnd"/>
  </w:p>
  <w:p w14:paraId="7D9BC6A0" w14:textId="35C49516" w:rsidR="00702AFA" w:rsidRDefault="00702AFA">
    <w:pPr>
      <w:pStyle w:val="Stopka"/>
      <w:rPr>
        <w:rFonts w:hint="eastAsia"/>
      </w:rPr>
    </w:pPr>
  </w:p>
  <w:p w14:paraId="45D3D7F2" w14:textId="77777777" w:rsidR="00702AFA" w:rsidRDefault="00702AF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A60E" w14:textId="77777777" w:rsidR="00E732ED" w:rsidRDefault="00E732ED" w:rsidP="007D398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BD8464" w14:textId="77777777" w:rsidR="00E732ED" w:rsidRDefault="00E732ED" w:rsidP="007D398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490E" w14:textId="1051E1F3" w:rsidR="007D398D" w:rsidRDefault="007D398D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44E751A" wp14:editId="62660428">
          <wp:extent cx="6346190" cy="6496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6190" cy="649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EA7E7A" w14:textId="77777777" w:rsidR="007D398D" w:rsidRDefault="007D398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146C"/>
    <w:rsid w:val="00702AFA"/>
    <w:rsid w:val="007853FB"/>
    <w:rsid w:val="007D398D"/>
    <w:rsid w:val="00AA1D8D"/>
    <w:rsid w:val="00B47730"/>
    <w:rsid w:val="00C12207"/>
    <w:rsid w:val="00CB0664"/>
    <w:rsid w:val="00E732ED"/>
    <w:rsid w:val="00EF0B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13DE67"/>
  <w14:defaultImageDpi w14:val="300"/>
  <w15:docId w15:val="{E80C0200-712B-4A0D-B07E-6F991429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9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Sylwia Graca</cp:lastModifiedBy>
  <cp:revision>4</cp:revision>
  <dcterms:created xsi:type="dcterms:W3CDTF">2026-09-02T12:28:00Z</dcterms:created>
  <dcterms:modified xsi:type="dcterms:W3CDTF">2026-09-02T12:38:00Z</dcterms:modified>
  <cp:category/>
</cp:coreProperties>
</file>